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ادب الرسائل : الى والدي ...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رزيق المخادمي/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9789961020067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