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الالغاز الشعبية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عبدالمالك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9789961010402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