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ادب الرسائل : الى والدي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9789961017654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