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Amawal n tmaziyt - tacawit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Fakihani Tibermacine/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9789961019207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