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الكيمياء التحليلية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 بوزيان/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الخلدونية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9789931681151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