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اليوم العالمي للتنوع الثقافي من أجل الحوار والتنمية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9789931681182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التعدد اللغوي/ العربية/ الأمازيغية/ التنوع الثقافي/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