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وم والتكنولوج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167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/ الميكانيك/ الذكاء الاصطناعي/ أزرق الميثيلين/ ا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