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احكام الذهب والفضة ( والمصوغ منهما ) في الفقه الاسلامي وادلتها التفصيلية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نورالدين أعزيز/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9789961527504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