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الآلية و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03-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