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وسائل الإعلام والاتصال الذكية في الارتقاء بالأداء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زيد الخير(مشرفا)/ بدر الدين زمور/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363-392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