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التجاذبات اللغوية الثقافية عند الشباب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381-392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