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أكوستيكية التحليل الآلي للصوت اللغوي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راضية بن عربية/ إيمان قليعي/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303-216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