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اغتيال.....حلم : احاديث مع بوضياف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9789961665602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