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sciences de la complexité et le viva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Eugène Angel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301065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