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 sur le colonialisme : voix de l'anticolonialisme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9789961768143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