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الحوافز المادية والمعنوية في تحسين الأداء الوظيفي للعاملين خزينة ولاية سكيكدة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زرقوط حميدة/ ثيرة إسماعيل(مشرفا)/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20 أوت 1955 - سكيكدة/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