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Histoire du nationalisme algérien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Mahfoud kaddache/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EDIF 2000/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9789947984116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