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نظام الضريبة الجزافية الوحيدة على الإيرادات الجبائية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رحاب سليمان/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