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التكاليف المعيارية في تحسين أداء المؤسسة الإقتصادية دراسة حالة مؤسسة سوناريك -وحدة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عليلي نسرين/ بلحلو نسرين/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