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الصورة الشعرية في قصيدة "الحب في زمن الكورونا" لفاروق جويدة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زينة/ اكرام بوسنة/ لخليفي سهيلة/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