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تجربة  التعليم عن بعد بالجامعات الجزائزية في ظل جائحة فيروس كوفيد-19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برقال مريم/ معاوي سميرة/ لطرش جمال(رئيسا) ،عاشوري إبراهيم (مناقشا)،سنوسي أسامة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