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سورة التوبة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عياش أمال/ بوشاعت لميس/ رزايقي أسماء/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08/11/2026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