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الزيادة وأثارها في توجيه الدلالة -رواية كشف المحجوب لفريد الانصاري-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مسعود سارة/ بوالواجد رقية/ قعسيس زيدان/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