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ديوان لك الخلد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شرياق لميس/ لوصيف أمنية/ لبيض منال/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