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التقديم والتأخير في القرآن الكريم -سورة الكهف انمودجا-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قندولي زينة/ فضالة خيرة/ بومناخ فطيمة/ بعداش ناصر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لسانيات تطبيقية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800322911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