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" البيت الأندلسي"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إيمان/ بوقصبة منال/ زنداوي صفاء/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