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الشخصية في رواية الولي الطاهر يرفع يديه بالدعاء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أمنية/ بورعد نسيبة/ بوخالفة نسرين/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