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والنص الشعري تميم البرغوثي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شوفي هدى/ شرقي لمياء/ بزير سلمى/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