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الساذجة في رواية أحلام مستغانمي عابرسرير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طاشي سارة/ بوسنة هالة/ مهناوي عماد/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