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المكان في رواية سلالم ترولار لسمير قسيمي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خيروش أيوب/ بن الصغير زين الدين/ حجاز شراف الدين/ قرميش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