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ديوان هبة الفراغ لمحمد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زوباع مفيدة/ فغرور لينة/ حملاوي غادة/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