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الشيخ فرحات بن الدراجي في احتفال جمعية العلماء بمدرسة الشبيبة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سارة/ سعيود شهلة/ أعزيز رفيقة/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