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القصيدةالخريفية لعبد الله عيسى لحيلح مقاربة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بوطفيس فريال/ فريال معمر/ بوحلي نسرين/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