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الهايكو بين الرمزية ورؤية العالم شعر لخضر بركة انمودجا حجر يسقط الان في الماء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أسماء/ حكيري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