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تقنية الوصف في رواية دم الغزال لمرزاق بقطاش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موراس يسرى/ مغلاوي أمينة/ جبلي ايمان/ بركات توفيق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أدب 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800331511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