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الغيب في شعر لأبي ذؤيب دراسة اسطورية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فنغور أمينة دعاء/ فنور دلال/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