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القصة القصيرة جدا صعلوك حداثي لمريم بغيبغ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إيناس/ حيمر خولة/ لعريوي فطيمة/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