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السرد في المقامة الهزلية للشيخ ناصيف اليازجي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جنات/ شحدان اسمهان/ بوميسة بسمة/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