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الزمنية في رواية الديوان الإسبرطي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بوفنداسة نهاد/ بوحناش مريم/ مرابط ريمة/ بغيبغ مريم (مشرف)/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