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الأسلوبية لقصيدة وجوخ ومرايا 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نجوى/ عومارة إيمان/ بخي يسرى/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