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فلسطين في روايات غسان كنفاني رواية عائدإلى حيفا ورواية رجال في الشمس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بوقفة مليكة/ بوحبل رحمة/ محمود سهام/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