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يوتوبيا الضائعة 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بوزقيو نجاح/ طيباوي إلهام/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