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الادب الرقمي نمادج مختارة من الانستغرام واليوتيوب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حليمة/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