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تمثلات الفضاء في رواية حورية في السجن لمحمد شوقي دراسة بسيكو 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لوصيف كنزة/ حيمور نزيهة/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