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التوشيح في غرناطة (1232-1492)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براهمة سليمة/ معصوم وفاء/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