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ووسائل تشكيلها في قصيدة شهدت بأن الله في الملك واحد لابن جابر الاندلسي في مدح الرسول صلى الله عليه وسلم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بن عبد القادر بثينة/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