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المدح والذم في شعر 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هنوس سمية/ قعسيس وسام/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