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والآخر في ديوان النجاشي الحرثي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جمال/ بوجغيم علي/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