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فاعلية المعنى النحوي بين البنية السطحية والبنية العميقة سورة يوسف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بوفراد أميرة/ شتيوي شهلة/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