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تعريب المصطلح اللساني ودوره في تأصيل الثقافة العربية نمادج مختارة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بواللحم صباح/ فضالة فايزة/ قيزة عيسى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800343111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